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Georgia" w:hAnsi="Georgia"/>
          <w:b/>
          <w:color w:val="0B5144"/>
          <w:sz w:val="36"/>
        </w:rPr>
        <w:t>SOLICITAÇÃO DE DIVULGAÇÃO DE OBRA INDEPENDENTE</w:t>
      </w:r>
    </w:p>
    <w:p>
      <w:pPr>
        <w:spacing w:after="200"/>
        <w:jc w:val="center"/>
      </w:pPr>
      <w:r>
        <w:rPr>
          <w:rFonts w:ascii="Arial" w:hAnsi="Arial"/>
          <w:color w:val="5D6965"/>
          <w:sz w:val="19"/>
        </w:rPr>
        <w:t>Autores e Obras · Revista Educadores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shd w:fill="F4F0E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40"/>
            </w:pPr>
            <w:r>
              <w:rPr>
                <w:b/>
                <w:color w:val="0B5144"/>
              </w:rPr>
              <w:t xml:space="preserve">Finalidade  </w:t>
            </w:r>
            <w:r>
              <w:t>Formulário destinado à análise editorial de obras independentes. A divulgação é gratuita, cultural e educativa, não caracteriza venda, parceria comercial ou aprovação automática.</w:t>
            </w:r>
          </w:p>
        </w:tc>
      </w:tr>
    </w:tbl>
    <w:p>
      <w:pPr>
        <w:spacing w:after="0"/>
      </w:pPr>
    </w:p>
    <w:p>
      <w:pPr>
        <w:pStyle w:val="Heading1"/>
      </w:pPr>
      <w:r>
        <w:t>1. Autor(a) ou responsável</w:t>
      </w:r>
    </w:p>
    <w:p>
      <w:pPr>
        <w:spacing w:after="100"/>
      </w:pPr>
      <w:r>
        <w:rPr>
          <w:b/>
          <w:color w:val="0B5144"/>
        </w:rPr>
        <w:t xml:space="preserve">Nome completo: </w:t>
      </w:r>
      <w:sdt>
        <w:sdtPr>
          <w:tag w:val="NOME_COMPLETO"/>
          <w:alias w:val="NOME_COMPLETO"/>
          <w:text/>
        </w:sdtPr>
        <w:sdtContent>
          <w:r>
            <w:t>{{NOME_COMPLETO}}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E-mail: </w:t>
      </w:r>
      <w:sdt>
        <w:sdtPr>
          <w:tag w:val="EMAIL"/>
          <w:alias w:val="EMAIL"/>
          <w:text/>
        </w:sdtPr>
        <w:sdtContent>
          <w:r>
            <w:t>{{EMAIL}}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Cidade, estado e país: </w:t>
      </w:r>
      <w:sdt>
        <w:sdtPr>
          <w:tag w:val="LOCALIDADE"/>
          <w:alias w:val="LOCALIDADE"/>
          <w:text/>
        </w:sdtPr>
        <w:sdtContent>
          <w:r>
            <w:t>{{LOCALIDADE}}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Minibiografia (até 600 caracteres): </w:t>
      </w:r>
      <w:sdt>
        <w:sdtPr>
          <w:tag w:val="MINIBIOGRAFIA"/>
          <w:alias w:val="MINIBIOGRAFIA"/>
          <w:text/>
        </w:sdtPr>
        <w:sdtContent>
          <w:r>
            <w:t>{{MINIBIOGRAFIA}}</w:t>
          </w:r>
        </w:sdtContent>
      </w:sdt>
    </w:p>
    <w:p>
      <w:pPr>
        <w:pStyle w:val="Heading1"/>
      </w:pPr>
      <w:r>
        <w:t>2. Identificação da obra</w:t>
      </w:r>
    </w:p>
    <w:p>
      <w:pPr>
        <w:spacing w:after="100"/>
      </w:pPr>
      <w:r>
        <w:rPr>
          <w:b/>
          <w:color w:val="0B5144"/>
        </w:rPr>
        <w:t xml:space="preserve">Título e subtítulo: </w:t>
      </w:r>
      <w:sdt>
        <w:sdtPr>
          <w:tag w:val="TITULO_OBRA"/>
          <w:alias w:val="TITULO_OBRA"/>
          <w:text/>
        </w:sdtPr>
        <w:sdtContent>
          <w:r>
            <w:t>{{TITULO_OBRA}}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Autoria ou organização: </w:t>
      </w:r>
      <w:sdt>
        <w:sdtPr>
          <w:tag w:val="AUTORIA"/>
          <w:alias w:val="AUTORIA"/>
          <w:text/>
        </w:sdtPr>
        <w:sdtContent>
          <w:r>
            <w:t>{{AUTORIA}}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Ano de publicação: </w:t>
      </w:r>
      <w:sdt>
        <w:sdtPr>
          <w:tag w:val="ANO_PUBLICACAO"/>
          <w:alias w:val="ANO_PUBLICACAO"/>
          <w:text/>
        </w:sdtPr>
        <w:sdtContent>
          <w:r>
            <w:t>{{ANO_PUBLICACAO}}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ISBN, se houver: </w:t>
      </w:r>
      <w:sdt>
        <w:sdtPr>
          <w:tag w:val="ISBN"/>
          <w:alias w:val="ISBN"/>
          <w:text/>
        </w:sdtPr>
        <w:sdtContent>
          <w:r>
            <w:t>{{ISBN}}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Categoria ou gênero: </w:t>
      </w:r>
      <w:sdt>
        <w:sdtPr>
          <w:tag w:val="CATEGORIA"/>
          <w:alias w:val="CATEGORIA"/>
          <w:text/>
        </w:sdtPr>
        <w:sdtContent>
          <w:r>
            <w:t>{{CATEGORIA}}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Relação com educação e/ou Amazônia: </w:t>
      </w:r>
      <w:sdt>
        <w:sdtPr>
          <w:tag w:val="RELACAO_ESCOPO"/>
          <w:alias w:val="RELACAO_ESCOPO"/>
          <w:text/>
        </w:sdtPr>
        <w:sdtContent>
          <w:r>
            <w:t>{{RELACAO_ESCOPO}}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Sinopse (até 1.500 caracteres): </w:t>
      </w:r>
      <w:sdt>
        <w:sdtPr>
          <w:tag w:val="SINOPSE"/>
          <w:alias w:val="SINOPSE"/>
          <w:text/>
        </w:sdtPr>
        <w:sdtContent>
          <w:r>
            <w:t>{{SINOPSE}}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Links oficiais para conhecer a obra: </w:t>
      </w:r>
      <w:sdt>
        <w:sdtPr>
          <w:tag w:val="LINKS_OBRA"/>
          <w:alias w:val="LINKS_OBRA"/>
          <w:text/>
        </w:sdtPr>
        <w:sdtContent>
          <w:r>
            <w:t>{{LINKS_OBRA}}</w:t>
          </w:r>
        </w:sdtContent>
      </w:sdt>
    </w:p>
    <w:p>
      <w:pPr>
        <w:pStyle w:val="Heading1"/>
      </w:pPr>
      <w:r>
        <w:t>3. Materiais encaminhados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Imagem da capa em JPG ou PNG, com boa resolução.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Texto de apresentação e links informados neste formulário.</w:t>
      </w:r>
    </w:p>
    <w:p>
      <w:pPr>
        <w:pStyle w:val="Heading1"/>
      </w:pPr>
      <w:r>
        <w:t>4. Declarações e autorização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Declaro possuir autorização para utilizar e divulgar a capa, os textos e as informações encaminhadas.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Autorizo gratuitamente a Revista Educadores a divulgar esses materiais em seus canais, com os créditos informados.</w:t>
      </w:r>
    </w:p>
    <w:p>
      <w:pPr>
        <w:spacing w:after="60"/>
        <w:ind w:left="227"/>
      </w:pPr>
      <w:r>
        <w:rPr>
          <w:sz w:val="24"/>
        </w:rPr>
        <w:t xml:space="preserve">☐ </w:t>
      </w:r>
      <w:r>
        <w:t>Estou ciente de que a revista não comercializa obras, não recebe comissão e poderá aceitar, solicitar ajustes ou recusar a divulgação conforme sua curadoria.</w:t>
      </w:r>
    </w:p>
    <w:p>
      <w:pPr>
        <w:spacing w:after="100"/>
      </w:pPr>
      <w:r>
        <w:rPr>
          <w:b/>
          <w:color w:val="0B5144"/>
        </w:rPr>
        <w:t xml:space="preserve">Local e data: </w:t>
      </w:r>
      <w:sdt>
        <w:sdtPr>
          <w:tag w:val="LOCAL_DATA"/>
          <w:alias w:val="LOCAL_DATA"/>
          <w:text/>
        </w:sdtPr>
        <w:sdtContent>
          <w:r>
            <w:t>{{LOCAL_DATA}}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Nome e assinatura: </w:t>
      </w:r>
      <w:sdt>
        <w:sdtPr>
          <w:tag w:val="ASSINATURA"/>
          <w:alias w:val="ASSINATURA"/>
          <w:text/>
        </w:sdtPr>
        <w:sdtContent>
          <w:r>
            <w:t>{{ASSINATURA}}</w:t>
          </w:r>
        </w:sdtContent>
      </w:sdt>
    </w:p>
    <w:p>
      <w:pPr>
        <w:pStyle w:val="Heading1"/>
      </w:pPr>
      <w:r>
        <w:t>5. Uso exclusivo da equipe editorial</w:t>
      </w:r>
    </w:p>
    <w:p>
      <w:pPr>
        <w:spacing w:after="100"/>
      </w:pPr>
      <w:r>
        <w:rPr>
          <w:b/>
          <w:color w:val="0B5144"/>
        </w:rPr>
        <w:t xml:space="preserve">Decisão e observações: </w:t>
      </w:r>
      <w:sdt>
        <w:sdtPr>
          <w:tag w:val="DECISAO_EDITORIAL"/>
          <w:alias w:val="DECISAO_EDITORIAL"/>
          <w:text/>
        </w:sdtPr>
        <w:sdtContent>
          <w:r>
            <w:t>{{DECISAO_EDITORIAL}}</w:t>
          </w:r>
        </w:sdtContent>
      </w:sdt>
    </w:p>
    <w:p>
      <w:pPr>
        <w:spacing w:after="100"/>
      </w:pPr>
      <w:r>
        <w:rPr>
          <w:b/>
          <w:color w:val="0B5144"/>
        </w:rPr>
        <w:t xml:space="preserve">Data e responsável: </w:t>
      </w:r>
      <w:sdt>
        <w:sdtPr>
          <w:tag w:val="RESPONSAVEL_EDITORIAL"/>
          <w:alias w:val="RESPONSAVEL_EDITORIAL"/>
          <w:text/>
        </w:sdtPr>
        <w:sdtContent>
          <w:r>
            <w:t>{{RESPONSAVEL_EDITORIAL}}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39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/>
      <w:jc w:val="center"/>
      <w:pBdr>
        <w:top w:val="single" w:sz="4" w:space="6" w:color="C69A4B"/>
      </w:pBdr>
    </w:pPr>
    <w:r>
      <w:rPr>
        <w:rFonts w:ascii="Arial" w:hAnsi="Arial"/>
        <w:color w:val="0D5548"/>
        <w:sz w:val="16"/>
      </w:rPr>
      <w:t>Revista Educadores | ISSN 3086-7819 (online) | ISSN-L 3086-7819</w:t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87"/>
      <w:gridCol w:w="2324"/>
    </w:tblGrid>
    <w:tr>
      <w:tc>
        <w:tcPr>
          <w:tcW w:type="dxa" w:w="4706"/>
        </w:tcPr>
        <w:p>
          <w:pPr>
            <w:spacing w:after="0"/>
          </w:pPr>
          <w:r>
            <w:rPr>
              <w:rFonts w:ascii="Arial" w:hAnsi="Arial"/>
              <w:color w:val="71807B"/>
              <w:sz w:val="16"/>
            </w:rPr>
            <w:t>Revista Educadores  •  euescritorbr@gmail.com</w:t>
          </w:r>
        </w:p>
      </w:tc>
      <w:tc>
        <w:tcPr>
          <w:tcW w:type="dxa" w:w="4706"/>
        </w:tcPr>
        <w:p>
          <w:pPr>
            <w:jc w:val="right"/>
          </w:pPr>
          <w:r>
            <w:rPr>
              <w:rFonts w:ascii="Arial" w:hAnsi="Arial"/>
              <w:color w:val="71807B"/>
              <w:sz w:val="16"/>
            </w:rPr>
            <w:t xml:space="preserve">Página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8277"/>
    </w:tblGrid>
    <w:tr>
      <w:tc>
        <w:tcPr>
          <w:tcW w:type="dxa" w:w="1134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486000" cy="48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mblema-revista-educadores-doc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48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center"/>
        </w:tcPr>
        <w:p>
          <w:pPr>
            <w:spacing w:after="0"/>
          </w:pPr>
          <w:r>
            <w:rPr>
              <w:rFonts w:ascii="Georgia" w:hAnsi="Georgia"/>
              <w:b/>
              <w:color w:val="0B5144"/>
              <w:sz w:val="30"/>
            </w:rPr>
            <w:t>REVISTA EDUCADORES</w:t>
          </w:r>
        </w:p>
        <w:p>
          <w:pPr>
            <w:spacing w:after="0"/>
          </w:pPr>
          <w:r>
            <w:rPr>
              <w:rFonts w:ascii="Arial" w:hAnsi="Arial"/>
              <w:color w:val="71807B"/>
              <w:sz w:val="17"/>
            </w:rPr>
            <w:t>Ciência, Educação e Amazônia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2433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51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14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